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[Company Letterhead]</w:t>
      </w:r>
    </w:p>
    <w:p>
      <w:r>
        <w:t>Date: [DD/MM/YYYY]</w:t>
      </w:r>
    </w:p>
    <w:p>
      <w:r>
        <w:t>Ref No.: [Reference Number]</w:t>
      </w:r>
    </w:p>
    <w:p/>
    <w:p>
      <w:r>
        <w:t>To,</w:t>
      </w:r>
    </w:p>
    <w:p>
      <w:r>
        <w:t>[Employee Name]</w:t>
      </w:r>
    </w:p>
    <w:p>
      <w:r>
        <w:t>[Employee ID]</w:t>
      </w:r>
    </w:p>
    <w:p/>
    <w:p>
      <w:r>
        <w:rPr>
          <w:b/>
        </w:rPr>
        <w:t>Subject: Experience and Relieving Letter</w:t>
      </w:r>
    </w:p>
    <w:p>
      <w:r>
        <w:t>To Whom It May Concern,</w:t>
      </w:r>
    </w:p>
    <w:p>
      <w:r>
        <w:t>This is to certify that [Employee Name] (Employee ID: [ID]) was employed with [Company Name] as [Designation] in the [Department] department from [Date of Joining, DD/MM/YYYY] to [Last Working Day, DD/MM/YYYY].</w:t>
      </w:r>
    </w:p>
    <w:p>
      <w:r>
        <w:t>During this period, [he / she / they] was responsible for [brief description of role and key responsibilities]. [Optional: one factual line on conduct or performance, as per company policy.]</w:t>
      </w:r>
    </w:p>
    <w:p>
      <w:r>
        <w:t>[He / She / They] resigned from the position, and the resignation was accepted by the management. [He / She / They] has been relieved from all duties with effect from the close of working hours on [Last Working Day, DD/MM/YYYY], after completing the handover and exit formalities.</w:t>
      </w:r>
    </w:p>
    <w:p>
      <w:r>
        <w:t>We wish [him / her / them] success in all future endeavours.</w:t>
      </w:r>
    </w:p>
    <w:p/>
    <w:p>
      <w:r>
        <w:t>Yours sincerely,</w:t>
      </w:r>
    </w:p>
    <w:p/>
    <w:p>
      <w:r>
        <w:t>[Name of Authorised Signatory]</w:t>
      </w:r>
    </w:p>
    <w:p>
      <w:r>
        <w:t>[Designation]</w:t>
      </w:r>
    </w:p>
    <w:p>
      <w:r>
        <w:t>[Company Name]</w:t>
      </w:r>
    </w:p>
    <w:p>
      <w:r>
        <w:t>[Signature and Company Seal, if applicable]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