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[Company Letterhead]</w:t>
      </w:r>
    </w:p>
    <w:p>
      <w:pPr>
        <w:jc w:val="center"/>
      </w:pPr>
      <w:r>
        <w:rPr>
          <w:b/>
          <w:sz w:val="26"/>
        </w:rPr>
        <w:t>RELIEVING CERTIFICATE</w:t>
      </w:r>
    </w:p>
    <w:p>
      <w:r>
        <w:t>Date: [DD/MM/YYYY]</w:t>
      </w:r>
    </w:p>
    <w:p/>
    <w:p>
      <w:r>
        <w:t>This is to certify that [Employee Name], Employee ID [ID], who joined [Company Name] on [Date of Joining, DD/MM/YYYY] as [Designation], has been relieved from the services of the company with effect from the close of working hours on [Last Working Day, DD/MM/YYYY], following the acceptance of [his / her / their] resignation.</w:t>
      </w:r>
    </w:p>
    <w:p>
      <w:r>
        <w:t>[He / She / They] has returned all company property and has no pending obligations towards the company with respect to handover, as on the date of this certificate. [Edit if any item is pending.]</w:t>
      </w:r>
    </w:p>
    <w:p>
      <w:r>
        <w:t>This certificate is issued at the request of the employee for whatever purpose it may serve.</w:t>
      </w:r>
    </w:p>
    <w:p/>
    <w:p>
      <w:r>
        <w:t>Yours sincerely,</w:t>
      </w:r>
    </w:p>
    <w:p/>
    <w:p>
      <w:r>
        <w:t>[Name of Authorised Signatory]</w:t>
      </w:r>
    </w:p>
    <w:p>
      <w:r>
        <w:t>[Designation]</w:t>
      </w:r>
    </w:p>
    <w:p>
      <w:r>
        <w:t>[Company Name]</w:t>
      </w:r>
    </w:p>
    <w:p>
      <w:r>
        <w:t>[Signature and Company Seal, if applicable]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