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[Company Letterhead]</w:t>
      </w:r>
    </w:p>
    <w:p>
      <w:r>
        <w:t>Date: [DD/MM/YYYY]</w:t>
      </w:r>
    </w:p>
    <w:p>
      <w:r>
        <w:t>Ref No.: [Reference Number]</w:t>
      </w:r>
    </w:p>
    <w:p/>
    <w:p>
      <w:r>
        <w:t>To,</w:t>
      </w:r>
    </w:p>
    <w:p>
      <w:r>
        <w:t>[Employee Name]</w:t>
      </w:r>
    </w:p>
    <w:p>
      <w:r>
        <w:t>[Employee ID]</w:t>
      </w:r>
    </w:p>
    <w:p/>
    <w:p>
      <w:r>
        <w:rPr>
          <w:b/>
        </w:rPr>
        <w:t>Subject: Relieving Letter</w:t>
      </w:r>
    </w:p>
    <w:p>
      <w:r>
        <w:t>Dear [Employee Name],</w:t>
      </w:r>
    </w:p>
    <w:p>
      <w:r>
        <w:t>We acknowledge your resignation dated [DD/MM/YYYY]. You stand relieved from your position of [Designation] at [Company Name] with effect from the close of working hours on [Last Working Day, DD/MM/YYYY].</w:t>
      </w:r>
    </w:p>
    <w:p>
      <w:r>
        <w:t>You have completed the exit formalities, and your full and final settlement will be processed as per company policy.</w:t>
      </w:r>
    </w:p>
    <w:p>
      <w:r>
        <w:t>We wish you all the best for your future.</w:t>
      </w:r>
    </w:p>
    <w:p/>
    <w:p>
      <w:r>
        <w:t>Yours sincerely,</w:t>
      </w:r>
    </w:p>
    <w:p/>
    <w:p>
      <w:r>
        <w:t>[Name of Authorised Signatory]</w:t>
      </w:r>
    </w:p>
    <w:p>
      <w:r>
        <w:t>[Designation]</w:t>
      </w:r>
    </w:p>
    <w:p>
      <w:r>
        <w:t>[Company Name]</w:t>
      </w:r>
    </w:p>
    <w:p>
      <w:r>
        <w:t>[Signature and Company Seal, if applicable]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