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[Company Letterhead]</w:t>
      </w:r>
    </w:p>
    <w:p>
      <w:r>
        <w:t>Date: [DD/MM/YYYY]</w:t>
      </w:r>
    </w:p>
    <w:p>
      <w:r>
        <w:t>Ref No.: [Reference Number]</w:t>
      </w:r>
    </w:p>
    <w:p/>
    <w:p>
      <w:r>
        <w:t>To,</w:t>
      </w:r>
    </w:p>
    <w:p>
      <w:r>
        <w:t>[Employee Name]</w:t>
      </w:r>
    </w:p>
    <w:p>
      <w:r>
        <w:t>[Employee ID]</w:t>
      </w:r>
    </w:p>
    <w:p>
      <w:r>
        <w:t>[Designation]</w:t>
      </w:r>
    </w:p>
    <w:p>
      <w:r>
        <w:t>[Department]</w:t>
      </w:r>
    </w:p>
    <w:p/>
    <w:p>
      <w:r>
        <w:rPr>
          <w:b/>
        </w:rPr>
        <w:t>Subject: Relieving Letter</w:t>
      </w:r>
    </w:p>
    <w:p>
      <w:r>
        <w:t>Dear [Employee Name],</w:t>
      </w:r>
    </w:p>
    <w:p>
      <w:r>
        <w:t>This is with reference to your resignation letter dated [DD/MM/YYYY], which was accepted by the management. We confirm that you have been relieved from your duties as [Designation] in the [Department] department of [Company Name] with effect from the close of working hours on [Last Working Day, DD/MM/YYYY].</w:t>
      </w:r>
    </w:p>
    <w:p>
      <w:r>
        <w:t>Your date of joining was [DD/MM/YYYY]. During your employment you were responsible for [brief description of role, optional].</w:t>
      </w:r>
    </w:p>
    <w:p>
      <w:r>
        <w:t>We confirm that you have completed the handover and returned all company assets, documents and access credentials as per the exit clearance process. Your full and final settlement [has been / will be] processed as per company policy and applicable law. [Delete or edit this line if settlement is still pending.]</w:t>
      </w:r>
    </w:p>
    <w:p>
      <w:r>
        <w:t>You are requested to maintain the confidentiality of all company information as per the terms of your employment agreement, which continue to apply after your exit.</w:t>
      </w:r>
    </w:p>
    <w:p>
      <w:r>
        <w:t>We thank you for your contribution to [Company Name] and wish you success in your future endeavours.</w:t>
      </w:r>
    </w:p>
    <w:p/>
    <w:p>
      <w:r>
        <w:t>Yours sincerely,</w:t>
      </w:r>
    </w:p>
    <w:p/>
    <w:p>
      <w:r>
        <w:t>[Name of Authorised Signatory]</w:t>
      </w:r>
    </w:p>
    <w:p>
      <w:r>
        <w:t>[Designation]</w:t>
      </w:r>
    </w:p>
    <w:p>
      <w:r>
        <w:t>[Company Name]</w:t>
      </w:r>
    </w:p>
    <w:p>
      <w:r>
        <w:t>[Signature and Company Seal, if applicable]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